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4480560" cy="44805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amping-map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448056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